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20"/>
      </w:pPr>
      <w:r>
        <w:rPr>
          <w:rFonts w:ascii="Aptos Display" w:hAnsi="Aptos Display"/>
          <w:b/>
          <w:color w:val="3E6F75"/>
          <w:sz w:val="22"/>
        </w:rPr>
        <w:t>HARMONY WELLNESS SUITE</w:t>
      </w:r>
    </w:p>
    <w:p>
      <w:pPr>
        <w:spacing w:after="140"/>
      </w:pPr>
      <w:r>
        <w:rPr>
          <w:rFonts w:ascii="Aptos Display" w:hAnsi="Aptos Display"/>
          <w:b/>
          <w:color w:val="29373A"/>
          <w:sz w:val="48"/>
        </w:rPr>
        <w:t>Verkaufsbedingungen für Geschenkgutscheine</w:t>
      </w:r>
    </w:p>
    <w:p>
      <w:pPr>
        <w:spacing w:after="360"/>
      </w:pPr>
      <w:r>
        <w:rPr>
          <w:rFonts w:ascii="Aptos" w:hAnsi="Aptos"/>
          <w:color w:val="687072"/>
          <w:sz w:val="20"/>
        </w:rPr>
        <w:t>Stand: 21. Juli 2026</w:t>
      </w:r>
    </w:p>
    <w:p>
      <w:pPr>
        <w:spacing w:after="260"/>
        <w:pBdr>
          <w:bottom w:val="single" w:sz="12" w:space="1" w:color="3E6F75"/>
        </w:pBdr>
      </w:pPr>
    </w:p>
    <w:p>
      <w:pPr>
        <w:pStyle w:val="Heading1"/>
        <w:keepNext/>
      </w:pPr>
      <w:r>
        <w:t>1. Geltungsbereich</w:t>
      </w:r>
    </w:p>
    <w:p>
      <w:pPr>
        <w:widowControl/>
      </w:pPr>
      <w:r>
        <w:t>Diese Verkaufsbedingungen gelten für alle Geschenkgutscheine, die über die Website oder den Gutscheinshop von Harmony Wellness erworben werden.</w:t>
      </w:r>
    </w:p>
    <w:p>
      <w:pPr>
        <w:widowControl/>
      </w:pPr>
      <w:r>
        <w:t>Vertragspartnerin ist Harmony Wellness gemäss den Angaben im Impressum der Website.</w:t>
      </w:r>
    </w:p>
    <w:p>
      <w:pPr>
        <w:pStyle w:val="Heading1"/>
        <w:keepNext/>
      </w:pPr>
      <w:r>
        <w:t>2. Bestellung und Vertragsabschluss</w:t>
      </w:r>
    </w:p>
    <w:p>
      <w:pPr>
        <w:widowControl/>
      </w:pPr>
      <w:r>
        <w:t>Die Darstellung der Geschenkgutscheine im Gutscheinshop stellt eine Einladung zur Bestellung dar.</w:t>
      </w:r>
    </w:p>
    <w:p>
      <w:pPr>
        <w:widowControl/>
      </w:pPr>
      <w:r>
        <w:t>Mit dem Abschluss des Bestellvorgangs gibt die bestellende Person eine verbindliche Bestellung ab. Der Kaufvertrag kommt zustande, sobald die Zahlung erfolgreich abgeschlossen und die Bestellung bestätigt wurde.</w:t>
      </w:r>
    </w:p>
    <w:p>
      <w:pPr>
        <w:widowControl/>
      </w:pPr>
      <w:r>
        <w:t>Die bestellende Person ist dafür verantwortlich, dass die bei der Bestellung angegebenen Kontakt- und Lieferdaten vollständig und korrekt sind.</w:t>
      </w:r>
    </w:p>
    <w:p>
      <w:pPr>
        <w:pStyle w:val="Heading1"/>
        <w:keepNext/>
      </w:pPr>
      <w:r>
        <w:t>3. Preise und Zahlung</w:t>
      </w:r>
    </w:p>
    <w:p>
      <w:pPr>
        <w:widowControl/>
      </w:pPr>
      <w:r>
        <w:t>Alle Preise werden in Schweizer Franken angegeben. Der beim Abschluss der Bestellung ausgewiesene Gesamtpreis ist verbindlich.</w:t>
      </w:r>
    </w:p>
    <w:p>
      <w:pPr>
        <w:widowControl/>
      </w:pPr>
      <w:r>
        <w:t>Die verfügbaren Zahlungsmöglichkeiten werden während des Bestellvorgangs angezeigt. Die Zahlung ist zum Zeitpunkt der Bestellung fällig.</w:t>
      </w:r>
    </w:p>
    <w:p>
      <w:pPr>
        <w:widowControl/>
      </w:pPr>
      <w:r>
        <w:t>Allfällige Versandkosten für einen Postgutschein werden vor Abschluss der Bestellung separat ausgewiesen.</w:t>
      </w:r>
    </w:p>
    <w:p>
      <w:pPr>
        <w:pStyle w:val="Heading1"/>
        <w:keepNext/>
      </w:pPr>
      <w:r>
        <w:t>4. Lieferung</w:t>
      </w:r>
    </w:p>
    <w:p>
      <w:pPr>
        <w:widowControl/>
      </w:pPr>
      <w:r>
        <w:t>Print-at-Home-Gutscheine werden nach erfolgreicher Zahlung elektronisch an die bei der Bestellung angegebene E-Mail-Adresse gesendet.</w:t>
      </w:r>
    </w:p>
    <w:p>
      <w:pPr>
        <w:widowControl/>
      </w:pPr>
      <w:r>
        <w:t>Postgutscheine werden an die angegebene Lieferadresse versendet. Harmony Wellness haftet nicht für Verzögerungen oder eine Nichtzustellung, wenn unvollständige oder falsche Lieferangaben gemacht wurden.</w:t>
      </w:r>
    </w:p>
    <w:p>
      <w:pPr>
        <w:widowControl/>
      </w:pPr>
      <w:r>
        <w:t>Sollte ein elektronischer Gutschein nicht eintreffen, bitten wir Sie, zunächst den Spam-Ordner zu prüfen und anschliessend Harmony Wellness zu kontaktieren.</w:t>
      </w:r>
    </w:p>
    <w:p>
      <w:pPr>
        <w:pStyle w:val="Heading1"/>
        <w:keepNext/>
      </w:pPr>
      <w:r>
        <w:t>5. Gültigkeit</w:t>
      </w:r>
    </w:p>
    <w:p>
      <w:pPr>
        <w:widowControl/>
      </w:pPr>
      <w:r>
        <w:t>Geschenkgutscheine sind ab dem Kaufdatum zwei Jahre gültig.</w:t>
      </w:r>
    </w:p>
    <w:p>
      <w:pPr>
        <w:widowControl/>
      </w:pPr>
      <w:r>
        <w:t>Der Gutschein sollte innerhalb dieser Gültigkeitsdauer eingelöst und der Besuch abgeschlossen werden. Eine frühzeitige Buchung wird empfohlen, da Wunschtermine nicht garantiert werden können.</w:t>
      </w:r>
    </w:p>
    <w:p>
      <w:pPr>
        <w:widowControl/>
      </w:pPr>
      <w:r>
        <w:t>Harmony Wellness kann abgelaufene Gutscheine nach eigenem Ermessen weiterhin annehmen. Daraus entsteht kein Anspruch auf die Annahme anderer abgelaufener Gutscheine.</w:t>
      </w:r>
    </w:p>
    <w:p>
      <w:pPr>
        <w:pStyle w:val="Heading1"/>
        <w:keepNext/>
      </w:pPr>
      <w:r>
        <w:t>6. Übertragbarkeit</w:t>
      </w:r>
    </w:p>
    <w:p>
      <w:pPr>
        <w:widowControl/>
      </w:pPr>
      <w:r>
        <w:t>Geschenkgutscheine sind übertragbar und dürfen an eine andere Person weitergegeben werden.</w:t>
      </w:r>
    </w:p>
    <w:p>
      <w:pPr>
        <w:widowControl/>
      </w:pPr>
      <w:r>
        <w:t>Ein gewerblicher Weiterverkauf ist ohne vorherige schriftliche Zustimmung von Harmony Wellness nicht gestattet.</w:t>
      </w:r>
    </w:p>
    <w:p>
      <w:pPr>
        <w:pStyle w:val="Heading1"/>
        <w:keepNext/>
      </w:pPr>
      <w:r>
        <w:t>7. Einlösung</w:t>
      </w:r>
    </w:p>
    <w:p>
      <w:pPr>
        <w:widowControl/>
      </w:pPr>
      <w:r>
        <w:t>Geschenkgutscheine können ausschliesslich für Angebote von Harmony Wellness eingelöst werden.</w:t>
      </w:r>
    </w:p>
    <w:p>
      <w:pPr>
        <w:widowControl/>
      </w:pPr>
      <w:r>
        <w:t>Pro Buchung kann ein Geschenkgutschein verwendet werden. Der Gutschein kann als Teilzahlung eingesetzt werden. Übersteigt der Buchungswert den verfügbaren Gutscheinwert, ist die Differenz bei der Buchung zu bezahlen.</w:t>
      </w:r>
    </w:p>
    <w:p>
      <w:pPr>
        <w:widowControl/>
      </w:pPr>
      <w:r>
        <w:t>Der Gutschein kann nicht mit dem CHF25-Vorteil für Gäste von Chalet Oz oder mit anderen Rabatten und Vergünstigungen kombiniert werden, sofern dies beim betreffenden Angebot nicht ausdrücklich anders angegeben ist.</w:t>
      </w:r>
    </w:p>
    <w:p>
      <w:pPr>
        <w:widowControl/>
      </w:pPr>
      <w:r>
        <w:t>Geschenkgutscheine können nicht mit einem Empfehlungsrabatt erworben werden.</w:t>
      </w:r>
    </w:p>
    <w:p>
      <w:pPr>
        <w:widowControl/>
      </w:pPr>
      <w:r>
        <w:t>Eine Barauszahlung des Gutscheinwertes oder eines verbleibenden Restbetrages ist ausgeschlossen, soweit keine zwingenden gesetzlichen Bestimmungen entgegenstehen.</w:t>
      </w:r>
    </w:p>
    <w:p>
      <w:pPr>
        <w:pStyle w:val="Heading1"/>
        <w:keepNext/>
      </w:pPr>
      <w:r>
        <w:t>8. Angebots- und Preisänderungen</w:t>
      </w:r>
    </w:p>
    <w:p>
      <w:pPr>
        <w:widowControl/>
      </w:pPr>
      <w:r>
        <w:t>Ändern sich nach dem Gutscheinkauf die Preise eines Angebots, wird der ursprünglich bezahlte Gutscheinwert an den zum Zeitpunkt der Buchung geltenden Preis angerechnet. Eine allfällige Differenz ist bei der Buchung zu bezahlen.</w:t>
      </w:r>
    </w:p>
    <w:p>
      <w:pPr>
        <w:widowControl/>
      </w:pPr>
      <w:r>
        <w:t>Sollte ein auf dem Gutschein genanntes Angebot dauerhaft nicht mehr verfügbar sein, kann der ursprünglich bezahlte Gutscheinwert für ein anderes verfügbares Angebot von Harmony Wellness eingesetzt werden.</w:t>
      </w:r>
    </w:p>
    <w:p>
      <w:pPr>
        <w:pStyle w:val="Heading1"/>
        <w:keepNext/>
      </w:pPr>
      <w:r>
        <w:t>9. Buchung eines Wellness-Termins</w:t>
      </w:r>
    </w:p>
    <w:p>
      <w:pPr>
        <w:widowControl/>
      </w:pPr>
      <w:r>
        <w:t>Der Kauf eines Geschenkgutscheins beinhaltet keine automatische Terminreservation.</w:t>
      </w:r>
    </w:p>
    <w:p>
      <w:pPr>
        <w:widowControl/>
      </w:pPr>
      <w:r>
        <w:t>Termine müssen separat über das Buchungssystem von Harmony Wellness vereinbart werden und sind von der jeweiligen Verfügbarkeit abhängig.</w:t>
      </w:r>
    </w:p>
    <w:p>
      <w:pPr>
        <w:widowControl/>
      </w:pPr>
      <w:r>
        <w:t>Für die gebuchte Wellness-Session gelten die zum Zeitpunkt der Terminbuchung veröffentlichten Buchungs-, Stornierungs- und Nutzungsbedingungen von Harmony Wellness.</w:t>
      </w:r>
    </w:p>
    <w:p>
      <w:pPr>
        <w:pStyle w:val="Heading1"/>
        <w:keepNext/>
      </w:pPr>
      <w:r>
        <w:t>10. Stornierung einer mit Gutschein gebuchten Session</w:t>
      </w:r>
    </w:p>
    <w:p>
      <w:pPr>
        <w:widowControl/>
      </w:pPr>
      <w:r>
        <w:t>Wird ein gebuchter Wellness-Termin storniert, gelten die allgemeinen Stornierungsbedingungen von Harmony Wellness.</w:t>
      </w:r>
    </w:p>
    <w:p>
      <w:pPr>
        <w:widowControl/>
      </w:pPr>
      <w:r>
        <w:t>Sofern nach diesen Bedingungen eine Gutschrift gewährt wird, erfolgt diese als übertragbarer Geschenkgutschein. Eine Barauszahlung ist ausgeschlossen. Bei Nichterscheinen wird keine Gutschrift und kein Ersatzgutschein ausgestellt.</w:t>
      </w:r>
    </w:p>
    <w:p>
      <w:pPr>
        <w:pStyle w:val="Heading1"/>
        <w:keepNext/>
      </w:pPr>
      <w:r>
        <w:t>11. Widerruf und Rückerstattung des Gutscheinkaufs</w:t>
      </w:r>
    </w:p>
    <w:p>
      <w:pPr>
        <w:widowControl/>
      </w:pPr>
      <w:r>
        <w:t>Nach Schweizer Recht besteht bei gewöhnlichen Onlinekäufen kein allgemeines gesetzliches Widerrufsrecht. Abgeschlossene und bezahlte Gutscheinbestellungen können deshalb grundsätzlich nicht widerrufen oder gegen Bargeld zurückerstattet werden.</w:t>
      </w:r>
    </w:p>
    <w:p>
      <w:pPr>
        <w:widowControl/>
      </w:pPr>
      <w:r>
        <w:t>Zwingende gesetzliche Ansprüche, insbesondere bei fehlerhafter Ausstellung oder Nichtlieferung des Gutscheins, bleiben vorbehalten.</w:t>
      </w:r>
    </w:p>
    <w:p>
      <w:pPr>
        <w:pStyle w:val="Heading1"/>
        <w:keepNext/>
      </w:pPr>
      <w:r>
        <w:t>12. Verlust oder unbefugte Nutzung</w:t>
      </w:r>
    </w:p>
    <w:p>
      <w:pPr>
        <w:widowControl/>
      </w:pPr>
      <w:r>
        <w:t>Geschenkgutscheine und Gutscheincodes sind sorgfältig aufzubewahren.</w:t>
      </w:r>
    </w:p>
    <w:p>
      <w:pPr>
        <w:widowControl/>
      </w:pPr>
      <w:r>
        <w:t>Bei Verlust, Diebstahl oder unbefugter Nutzung besteht grundsätzlich kein Anspruch auf Ersatz. Kann ein Gutschein eindeutig identifiziert werden und wurde er noch nicht eingelöst, kann Harmony Wellness nach eigenem Ermessen einen Ersatz ausstellen und den ursprünglichen Gutschein sperren.</w:t>
      </w:r>
    </w:p>
    <w:p>
      <w:pPr>
        <w:pStyle w:val="Heading1"/>
        <w:keepNext/>
      </w:pPr>
      <w:r>
        <w:t>13. Datenschutz</w:t>
      </w:r>
    </w:p>
    <w:p>
      <w:pPr>
        <w:widowControl/>
      </w:pPr>
      <w:r>
        <w:t>Personenbezogene Daten werden ausschliesslich zur Bearbeitung der Bestellung, Zahlungsabwicklung, Zustellung und Einlösung des Gutscheins sowie im Rahmen der geltenden Datenschutzbestimmungen verarbeitet.</w:t>
      </w:r>
    </w:p>
    <w:p>
      <w:pPr>
        <w:widowControl/>
      </w:pPr>
      <w:r>
        <w:t>Weitere Informationen finden Sie in der Datenschutzerklärung auf der Website von Harmony Wellness.</w:t>
      </w:r>
    </w:p>
    <w:p>
      <w:pPr>
        <w:pStyle w:val="Heading1"/>
        <w:keepNext/>
      </w:pPr>
      <w:r>
        <w:t>14. Anwendbares Recht</w:t>
      </w:r>
    </w:p>
    <w:p>
      <w:pPr>
        <w:widowControl/>
      </w:pPr>
      <w:r>
        <w:t>Es gilt Schweizer Recht. Zwingende gesetzliche Bestimmungen, insbesondere zum Gerichtsstand bei Konsumentenverträgen, bleiben vorbehalten.</w:t>
      </w:r>
    </w:p>
    <w:p>
      <w:pPr>
        <w:widowControl/>
      </w:pPr>
      <w:r>
        <w:t>Sollte eine Bestimmung dieser Verkaufsbedingungen unwirksam sein, bleiben die übrigen Bestimmungen davon unberührt.</w:t>
      </w:r>
    </w:p>
    <w:p>
      <w:pPr>
        <w:pStyle w:val="Heading1"/>
        <w:keepNext/>
      </w:pPr>
      <w:r>
        <w:t>15. Kontakt</w:t>
      </w:r>
    </w:p>
    <w:p>
      <w:pPr>
        <w:widowControl/>
      </w:pPr>
      <w:r>
        <w:t>Bei Fragen zu einer Gutscheinbestellung wenden Sie sich bitte an Harmony Wellness, Seestrasse 45, 6354 Vitznau, Schweiz, E-Mail: info@harmonywellness.ch, Telefon oder WhatsApp: +41 76 422 63 54.</w:t>
      </w:r>
    </w:p>
    <w:sectPr w:rsidR="00FC693F" w:rsidRPr="0006063C" w:rsidSect="00034616">
      <w:headerReference w:type="default" r:id="rId9"/>
      <w:footerReference w:type="default" r:id="rId10"/>
      <w:pgSz w:w="12240" w:h="15840"/>
      <w:pgMar w:top="1037" w:right="1296" w:bottom="1008" w:left="1296"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87072"/>
        <w:sz w:val="17"/>
      </w:rPr>
      <w:t xml:space="preserve">www.harmonywellness.ch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87072"/>
        <w:sz w:val="17"/>
      </w:rPr>
      <w:t>Harmony Wellness Suite  |  Geschenkgutscheine / Gift Vouchers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ptos" w:hAnsi="Aptos"/>
      <w:color w:val="2937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3E6F75"/>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Verkaufsbedingungen für Geschenkgutscheine</dc:title>
  <dc:subject>Terms and Conditions for the Sale of Gift Vouchers in German and English</dc:subject>
  <dc:creator>Harmony Wellness Suite</dc:creator>
  <cp:keywords>Harmony Wellness, gift vouchers, terms and conditions, Vitznau</cp:keywords>
  <dc:description>generated by python-docx</dc:description>
  <cp:lastModifiedBy/>
  <cp:revision>1</cp:revision>
  <dcterms:created xsi:type="dcterms:W3CDTF">2013-12-23T23:15:00Z</dcterms:created>
  <dcterms:modified xsi:type="dcterms:W3CDTF">2013-12-23T23:15:00Z</dcterms:modified>
  <cp:category/>
</cp:coreProperties>
</file>